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Modulo Richiesta Risarcimento Danni da Buca Stradale</w:t>
      </w:r>
    </w:p>
    <w:p>
      <w:r>
        <w:t>Oggetto: Richiesta risarcimento danni da sinistro stradale causato da buca</w:t>
      </w:r>
    </w:p>
    <w:p>
      <w:r>
        <w:t>Spett.le [Nome dell'ente competente]</w:t>
        <w:br/>
        <w:t>[Indirizzo dell'ente]</w:t>
        <w:br/>
        <w:t>PEC: [PEC dell'ente, se disponibile]</w:t>
      </w:r>
    </w:p>
    <w:p>
      <w:r>
        <w:t>Il/La sottoscritto/a [Nome e Cognome], nato/a a [Comune di nascita] il [data], codice fiscale [Codice Fiscale], residente in [Indirizzo completo], tel. [numero], email [indirizzo email],</w:t>
        <w:br/>
        <w:t>in qualità di proprietario del veicolo [Marca e modello], targa [Targa], assicurato con [Nome Compagnia Assicurativa],</w:t>
      </w:r>
    </w:p>
    <w:p>
      <w:r>
        <w:t>espone quanto segue:</w:t>
      </w:r>
    </w:p>
    <w:p>
      <w:r>
        <w:t>In data [gg/mm/aaaa], alle ore [ora], mentre transitavo in [Località, Comune, via e riferimento chilometrico o punto preciso], il mio veicolo ha subito danni a causa della presenza di una buca stradale non segnalata / manto stradale dissestato.</w:t>
      </w:r>
    </w:p>
    <w:p>
      <w:r>
        <w:t>Dinamica del sinistro:</w:t>
        <w:br/>
        <w:t>[Descrizione dettagliata dell'accaduto: condizioni meteo, visibilità traffico, velocità del mezzo, manovre effettuate, ecc.]</w:t>
      </w:r>
    </w:p>
    <w:p>
      <w:r>
        <w:t>Tipo di dissesto stradale riscontrato:</w:t>
        <w:br/>
        <w:t>☐ Buca profonda</w:t>
        <w:br/>
        <w:t>☐ Asfalto sollevato</w:t>
        <w:br/>
        <w:t>☐ Ghiaccio</w:t>
        <w:br/>
        <w:t>☐ Altro (specificare)</w:t>
      </w:r>
    </w:p>
    <w:p>
      <w:r>
        <w:t>Autorità intervenute sul posto:</w:t>
        <w:br/>
        <w:t>[specificare quali forze dell’ordine sono intervenute, se hanno redatto verbale o meno].</w:t>
      </w:r>
    </w:p>
    <w:p>
      <w:r>
        <w:t>Danni riportati:</w:t>
        <w:br/>
        <w:t>[Descrizione dei danni al veicolo e/o alle persone, se presenti lesioni fisiche].</w:t>
      </w:r>
    </w:p>
    <w:p>
      <w:r>
        <w:t>Documentazione allegata a supporto della presente richiesta:</w:t>
        <w:br/>
        <w:t>☐ Fattura o preventivo della riparazione</w:t>
        <w:br/>
        <w:t>☐ Fotografie della buca e dei danni riportati</w:t>
        <w:br/>
        <w:t>☐ Eventuale verbale delle autorità intervenute</w:t>
        <w:br/>
        <w:t>☐ Documentazione medica (se presente lesione)</w:t>
        <w:br/>
        <w:t>☐ Copia del libretto di circolazione</w:t>
        <w:br/>
        <w:t>☐ Copia della polizza assicurativa</w:t>
        <w:br/>
        <w:t>☐ Copia della patente di guida</w:t>
      </w:r>
    </w:p>
    <w:p>
      <w:r>
        <w:t>Con la presente, chiedo il risarcimento danni per buche stradali, come previsto dall’articolo 2051 del Codice Civile.</w:t>
      </w:r>
    </w:p>
    <w:p>
      <w:r>
        <w:t>In attesa di un Vostro riscontro, porgo distinti saluti.</w:t>
        <w:br/>
        <w:br/>
        <w:t>[Luogo], lì [Data]</w:t>
        <w:br/>
        <w:br/>
        <w:t>Firma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